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SMK PURNAMA BAKTI</w:t>
      </w:r>
    </w:p>
    <w:p>
      <w:r>
        <w:t>Jl. Nanggewer Indah No.KM.46, Pakansari, Cibinong, Kab. Bogor 16915</w:t>
      </w:r>
    </w:p>
    <w:p>
      <w:pPr>
        <w:pStyle w:val="Heading1"/>
      </w:pPr>
      <w:r>
        <w:t>Formulir Pendaftaran SPMB 2027/2028</w:t>
      </w:r>
    </w:p>
    <w:p>
      <w:r>
        <w:t>Nama lengkap:</w:t>
      </w:r>
    </w:p>
    <w:p>
      <w:r>
        <w:t>NISN:</w:t>
      </w:r>
    </w:p>
    <w:p>
      <w:r>
        <w:t>Asal sekolah:</w:t>
      </w:r>
    </w:p>
    <w:p>
      <w:r>
        <w:t>Pilihan jurusan:</w:t>
      </w:r>
    </w:p>
    <w:p>
      <w:r>
        <w:t>Nama orang tua/wali:</w:t>
      </w:r>
    </w:p>
    <w:p>
      <w:r>
        <w:t>No. WhatsApp:</w:t>
      </w:r>
    </w:p>
    <w:p>
      <w:r>
        <w:t>Dokumen contoh — ganti dengan dokumen resmi melalui menu Pengumuman di admin.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